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8F059" w14:textId="77777777" w:rsidR="002D3DA3" w:rsidRPr="008D0028" w:rsidRDefault="00000000" w:rsidP="008D0028">
      <w:pPr>
        <w:pStyle w:val="Titel"/>
        <w:rPr>
          <w:rFonts w:ascii="Arial" w:hAnsi="Arial" w:cs="Arial"/>
          <w:color w:val="000000" w:themeColor="text1"/>
        </w:rPr>
      </w:pPr>
      <w:r w:rsidRPr="008D0028">
        <w:rPr>
          <w:rFonts w:ascii="Arial" w:hAnsi="Arial" w:cs="Arial"/>
          <w:color w:val="000000" w:themeColor="text1"/>
        </w:rPr>
        <w:t>Mengen und Zahlen vergleichen ZR20 – zwei Niveaustufen</w:t>
      </w:r>
    </w:p>
    <w:p w14:paraId="4FA9420D" w14:textId="19C1E37C"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b/>
          <w:color w:val="000000" w:themeColor="text1"/>
        </w:rPr>
        <w:t xml:space="preserve">Digitale Unterrichtsidee – Mengen und Zahlen vergleichen </w:t>
      </w:r>
      <w:proofErr w:type="spellStart"/>
      <w:r w:rsidRPr="008D0028">
        <w:rPr>
          <w:rFonts w:ascii="Arial" w:hAnsi="Arial" w:cs="Arial"/>
          <w:b/>
          <w:color w:val="000000" w:themeColor="text1"/>
        </w:rPr>
        <w:t>im</w:t>
      </w:r>
      <w:proofErr w:type="spellEnd"/>
      <w:r w:rsidRPr="008D0028">
        <w:rPr>
          <w:rFonts w:ascii="Arial" w:hAnsi="Arial" w:cs="Arial"/>
          <w:b/>
          <w:color w:val="000000" w:themeColor="text1"/>
        </w:rPr>
        <w:t xml:space="preserve"> </w:t>
      </w:r>
      <w:proofErr w:type="spellStart"/>
      <w:r w:rsidRPr="008D0028">
        <w:rPr>
          <w:rFonts w:ascii="Arial" w:hAnsi="Arial" w:cs="Arial"/>
          <w:b/>
          <w:color w:val="000000" w:themeColor="text1"/>
        </w:rPr>
        <w:t>Zahlenraum</w:t>
      </w:r>
      <w:proofErr w:type="spellEnd"/>
      <w:r w:rsidRPr="008D0028">
        <w:rPr>
          <w:rFonts w:ascii="Arial" w:hAnsi="Arial" w:cs="Arial"/>
          <w:b/>
          <w:color w:val="000000" w:themeColor="text1"/>
        </w:rPr>
        <w:t xml:space="preserve"> bis 20</w:t>
      </w:r>
    </w:p>
    <w:p w14:paraId="6013435F" w14:textId="40E68236"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Plattform: Worksheet Go! – Digitale Ergänzung zum Worksheet Crafter für Tablet und Whiteboard.</w:t>
      </w:r>
      <w:r w:rsidRPr="008D0028">
        <w:rPr>
          <w:rFonts w:ascii="Arial" w:hAnsi="Arial" w:cs="Arial"/>
          <w:color w:val="000000" w:themeColor="text1"/>
        </w:rPr>
        <w:br/>
      </w:r>
      <w:r w:rsidR="008D0028">
        <w:rPr>
          <w:rFonts w:ascii="Arial" w:hAnsi="Arial" w:cs="Arial"/>
          <w:color w:val="000000" w:themeColor="text1"/>
        </w:rPr>
        <w:br/>
      </w:r>
      <w:proofErr w:type="spellStart"/>
      <w:r w:rsidRPr="008D0028">
        <w:rPr>
          <w:rFonts w:ascii="Arial" w:hAnsi="Arial" w:cs="Arial"/>
          <w:b/>
          <w:bCs/>
          <w:color w:val="000000" w:themeColor="text1"/>
          <w:sz w:val="28"/>
          <w:szCs w:val="28"/>
        </w:rPr>
        <w:t>Zugehörige</w:t>
      </w:r>
      <w:proofErr w:type="spellEnd"/>
      <w:r w:rsidRPr="008D0028">
        <w:rPr>
          <w:rFonts w:ascii="Arial" w:hAnsi="Arial" w:cs="Arial"/>
          <w:b/>
          <w:bCs/>
          <w:color w:val="000000" w:themeColor="text1"/>
          <w:sz w:val="28"/>
          <w:szCs w:val="28"/>
        </w:rPr>
        <w:t xml:space="preserve"> </w:t>
      </w:r>
      <w:proofErr w:type="spellStart"/>
      <w:r w:rsidRPr="008D0028">
        <w:rPr>
          <w:rFonts w:ascii="Arial" w:hAnsi="Arial" w:cs="Arial"/>
          <w:b/>
          <w:bCs/>
          <w:color w:val="000000" w:themeColor="text1"/>
          <w:sz w:val="28"/>
          <w:szCs w:val="28"/>
        </w:rPr>
        <w:t>Dateien</w:t>
      </w:r>
      <w:proofErr w:type="spellEnd"/>
      <w:r w:rsidRPr="008D0028">
        <w:rPr>
          <w:rFonts w:ascii="Arial" w:hAnsi="Arial" w:cs="Arial"/>
          <w:b/>
          <w:bCs/>
          <w:color w:val="000000" w:themeColor="text1"/>
          <w:sz w:val="28"/>
          <w:szCs w:val="28"/>
        </w:rPr>
        <w:t xml:space="preserve"> / Zugang</w:t>
      </w:r>
    </w:p>
    <w:p w14:paraId="2793B9F6" w14:textId="77777777" w:rsidR="0016631A"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 xml:space="preserve">Die </w:t>
      </w:r>
      <w:proofErr w:type="spellStart"/>
      <w:r w:rsidRPr="008D0028">
        <w:rPr>
          <w:rFonts w:ascii="Arial" w:hAnsi="Arial" w:cs="Arial"/>
          <w:color w:val="000000" w:themeColor="text1"/>
        </w:rPr>
        <w:t>Unterrichtsidee</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liegt</w:t>
      </w:r>
      <w:proofErr w:type="spellEnd"/>
      <w:r w:rsidRPr="008D0028">
        <w:rPr>
          <w:rFonts w:ascii="Arial" w:hAnsi="Arial" w:cs="Arial"/>
          <w:color w:val="000000" w:themeColor="text1"/>
        </w:rPr>
        <w:t xml:space="preserve"> in zwei Niveaustufen vor und kann dadurch besonders gut differenziert eingesetzt werden.</w:t>
      </w:r>
      <w:r w:rsidRPr="008D0028">
        <w:rPr>
          <w:rFonts w:ascii="Arial" w:hAnsi="Arial" w:cs="Arial"/>
          <w:color w:val="000000" w:themeColor="text1"/>
        </w:rPr>
        <w:br/>
      </w:r>
      <w:r w:rsidRPr="008D0028">
        <w:rPr>
          <w:rFonts w:ascii="Arial" w:hAnsi="Arial" w:cs="Arial"/>
          <w:color w:val="000000" w:themeColor="text1"/>
        </w:rPr>
        <w:br/>
        <w:t xml:space="preserve">• </w:t>
      </w:r>
      <w:proofErr w:type="spellStart"/>
      <w:r w:rsidRPr="008D0028">
        <w:rPr>
          <w:rFonts w:ascii="Arial" w:hAnsi="Arial" w:cs="Arial"/>
          <w:color w:val="000000" w:themeColor="text1"/>
        </w:rPr>
        <w:t>Niveaustufe</w:t>
      </w:r>
      <w:proofErr w:type="spellEnd"/>
      <w:r w:rsidRPr="008D0028">
        <w:rPr>
          <w:rFonts w:ascii="Arial" w:hAnsi="Arial" w:cs="Arial"/>
          <w:color w:val="000000" w:themeColor="text1"/>
        </w:rPr>
        <w:t xml:space="preserve"> 1 – Code: </w:t>
      </w:r>
      <w:proofErr w:type="spellStart"/>
      <w:r w:rsidRPr="008D0028">
        <w:rPr>
          <w:rFonts w:ascii="Arial" w:hAnsi="Arial" w:cs="Arial"/>
          <w:color w:val="000000" w:themeColor="text1"/>
        </w:rPr>
        <w:t>stelle-folge-insel</w:t>
      </w:r>
      <w:proofErr w:type="spellEnd"/>
      <w:r w:rsidRPr="008D0028">
        <w:rPr>
          <w:rFonts w:ascii="Arial" w:hAnsi="Arial" w:cs="Arial"/>
          <w:color w:val="000000" w:themeColor="text1"/>
        </w:rPr>
        <w:br/>
        <w:t xml:space="preserve">• </w:t>
      </w:r>
      <w:proofErr w:type="spellStart"/>
      <w:r w:rsidRPr="008D0028">
        <w:rPr>
          <w:rFonts w:ascii="Arial" w:hAnsi="Arial" w:cs="Arial"/>
          <w:color w:val="000000" w:themeColor="text1"/>
        </w:rPr>
        <w:t>Niveaustufe</w:t>
      </w:r>
      <w:proofErr w:type="spellEnd"/>
      <w:r w:rsidRPr="008D0028">
        <w:rPr>
          <w:rFonts w:ascii="Arial" w:hAnsi="Arial" w:cs="Arial"/>
          <w:color w:val="000000" w:themeColor="text1"/>
        </w:rPr>
        <w:t xml:space="preserve"> 2 – Code: </w:t>
      </w:r>
      <w:proofErr w:type="spellStart"/>
      <w:r w:rsidRPr="008D0028">
        <w:rPr>
          <w:rFonts w:ascii="Arial" w:hAnsi="Arial" w:cs="Arial"/>
          <w:color w:val="000000" w:themeColor="text1"/>
        </w:rPr>
        <w:t>mitte-karte-abflug</w:t>
      </w:r>
      <w:proofErr w:type="spellEnd"/>
    </w:p>
    <w:p w14:paraId="5BB1B4B2" w14:textId="1999425D" w:rsidR="008D0028" w:rsidRDefault="008D0028" w:rsidP="008D0028">
      <w:pPr>
        <w:spacing w:line="240" w:lineRule="auto"/>
        <w:contextualSpacing/>
        <w:rPr>
          <w:rFonts w:ascii="Arial" w:hAnsi="Arial" w:cs="Arial"/>
          <w:color w:val="000000" w:themeColor="text1"/>
        </w:rPr>
      </w:pPr>
      <w:r>
        <w:rPr>
          <w:rFonts w:ascii="Arial" w:hAnsi="Arial" w:cs="Arial"/>
          <w:color w:val="000000" w:themeColor="text1"/>
        </w:rPr>
        <w:br/>
      </w:r>
      <w:r w:rsidR="00106AFE">
        <w:rPr>
          <w:rFonts w:ascii="Arial" w:hAnsi="Arial" w:cs="Arial"/>
          <w:noProof/>
          <w:color w:val="000000" w:themeColor="text1"/>
        </w:rPr>
        <w:drawing>
          <wp:inline distT="0" distB="0" distL="0" distR="0" wp14:anchorId="76893E37" wp14:editId="1E0AD9AC">
            <wp:extent cx="2254795" cy="2159540"/>
            <wp:effectExtent l="0" t="0" r="0" b="0"/>
            <wp:docPr id="8810575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7522" name="Grafik 881057522"/>
                    <pic:cNvPicPr/>
                  </pic:nvPicPr>
                  <pic:blipFill>
                    <a:blip r:embed="rId6"/>
                    <a:stretch>
                      <a:fillRect/>
                    </a:stretch>
                  </pic:blipFill>
                  <pic:spPr>
                    <a:xfrm>
                      <a:off x="0" y="0"/>
                      <a:ext cx="2270414" cy="2174499"/>
                    </a:xfrm>
                    <a:prstGeom prst="rect">
                      <a:avLst/>
                    </a:prstGeom>
                  </pic:spPr>
                </pic:pic>
              </a:graphicData>
            </a:graphic>
          </wp:inline>
        </w:drawing>
      </w:r>
      <w:r w:rsidR="00106AFE">
        <w:rPr>
          <w:rFonts w:ascii="Arial" w:hAnsi="Arial" w:cs="Arial"/>
          <w:noProof/>
          <w:color w:val="000000" w:themeColor="text1"/>
        </w:rPr>
        <w:drawing>
          <wp:inline distT="0" distB="0" distL="0" distR="0" wp14:anchorId="4A5CB27D" wp14:editId="66181A88">
            <wp:extent cx="2209295" cy="2062264"/>
            <wp:effectExtent l="0" t="0" r="635" b="0"/>
            <wp:docPr id="1050985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532" name="Grafik 105098532"/>
                    <pic:cNvPicPr/>
                  </pic:nvPicPr>
                  <pic:blipFill>
                    <a:blip r:embed="rId7"/>
                    <a:stretch>
                      <a:fillRect/>
                    </a:stretch>
                  </pic:blipFill>
                  <pic:spPr>
                    <a:xfrm>
                      <a:off x="0" y="0"/>
                      <a:ext cx="2233724" cy="2085068"/>
                    </a:xfrm>
                    <a:prstGeom prst="rect">
                      <a:avLst/>
                    </a:prstGeom>
                  </pic:spPr>
                </pic:pic>
              </a:graphicData>
            </a:graphic>
          </wp:inline>
        </w:drawing>
      </w:r>
    </w:p>
    <w:p w14:paraId="4410E19F" w14:textId="77777777" w:rsidR="00106AFE" w:rsidRDefault="00106AFE" w:rsidP="008D0028">
      <w:pPr>
        <w:spacing w:line="240" w:lineRule="auto"/>
        <w:contextualSpacing/>
        <w:rPr>
          <w:rFonts w:ascii="Arial" w:hAnsi="Arial" w:cs="Arial"/>
          <w:b/>
          <w:bCs/>
          <w:color w:val="000000" w:themeColor="text1"/>
          <w:sz w:val="28"/>
          <w:szCs w:val="28"/>
        </w:rPr>
      </w:pPr>
    </w:p>
    <w:p w14:paraId="223B5449" w14:textId="45BECED0" w:rsidR="002D3DA3" w:rsidRPr="008D0028" w:rsidRDefault="00000000" w:rsidP="008D0028">
      <w:pPr>
        <w:spacing w:line="240" w:lineRule="auto"/>
        <w:contextualSpacing/>
        <w:rPr>
          <w:rFonts w:ascii="Arial" w:hAnsi="Arial" w:cs="Arial"/>
          <w:b/>
          <w:bCs/>
          <w:color w:val="000000" w:themeColor="text1"/>
          <w:sz w:val="28"/>
          <w:szCs w:val="28"/>
        </w:rPr>
      </w:pPr>
      <w:proofErr w:type="spellStart"/>
      <w:r w:rsidRPr="008D0028">
        <w:rPr>
          <w:rFonts w:ascii="Arial" w:hAnsi="Arial" w:cs="Arial"/>
          <w:b/>
          <w:bCs/>
          <w:color w:val="000000" w:themeColor="text1"/>
          <w:sz w:val="28"/>
          <w:szCs w:val="28"/>
        </w:rPr>
        <w:t>Didaktische</w:t>
      </w:r>
      <w:proofErr w:type="spellEnd"/>
      <w:r w:rsidRPr="008D0028">
        <w:rPr>
          <w:rFonts w:ascii="Arial" w:hAnsi="Arial" w:cs="Arial"/>
          <w:b/>
          <w:bCs/>
          <w:color w:val="000000" w:themeColor="text1"/>
          <w:sz w:val="28"/>
          <w:szCs w:val="28"/>
        </w:rPr>
        <w:t xml:space="preserve"> </w:t>
      </w:r>
      <w:proofErr w:type="spellStart"/>
      <w:r w:rsidRPr="008D0028">
        <w:rPr>
          <w:rFonts w:ascii="Arial" w:hAnsi="Arial" w:cs="Arial"/>
          <w:b/>
          <w:bCs/>
          <w:color w:val="000000" w:themeColor="text1"/>
          <w:sz w:val="28"/>
          <w:szCs w:val="28"/>
        </w:rPr>
        <w:t>Einordnung</w:t>
      </w:r>
      <w:proofErr w:type="spellEnd"/>
    </w:p>
    <w:p w14:paraId="591D3D59" w14:textId="77777777"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 xml:space="preserve">Das </w:t>
      </w:r>
      <w:proofErr w:type="spellStart"/>
      <w:r w:rsidRPr="008D0028">
        <w:rPr>
          <w:rFonts w:ascii="Arial" w:hAnsi="Arial" w:cs="Arial"/>
          <w:color w:val="000000" w:themeColor="text1"/>
        </w:rPr>
        <w:t>digitale</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Arbeitsblatt</w:t>
      </w:r>
      <w:proofErr w:type="spellEnd"/>
      <w:r w:rsidRPr="008D0028">
        <w:rPr>
          <w:rFonts w:ascii="Arial" w:hAnsi="Arial" w:cs="Arial"/>
          <w:color w:val="000000" w:themeColor="text1"/>
        </w:rPr>
        <w:t xml:space="preserve"> „Mengen und Zahlen vergleichen ZR</w:t>
      </w:r>
      <w:proofErr w:type="gramStart"/>
      <w:r w:rsidRPr="008D0028">
        <w:rPr>
          <w:rFonts w:ascii="Arial" w:hAnsi="Arial" w:cs="Arial"/>
          <w:color w:val="000000" w:themeColor="text1"/>
        </w:rPr>
        <w:t>20“ fördert</w:t>
      </w:r>
      <w:proofErr w:type="gramEnd"/>
      <w:r w:rsidRPr="008D0028">
        <w:rPr>
          <w:rFonts w:ascii="Arial" w:hAnsi="Arial" w:cs="Arial"/>
          <w:color w:val="000000" w:themeColor="text1"/>
        </w:rPr>
        <w:t xml:space="preserve"> grundlegende mathematische Kompetenzen im Bereich des Mengenverständnisses und des Zahlenvergleichs im Zahlenraum bis 20. Die Schülerinnen und Schüler vergleichen Mengen, ordnen mathematische Vergleichszeichen zu und setzen sich mit den Beziehungen „größer als“, „kleiner als“ und „gleich“ auseinander. Durch die zwei unterschiedlichen Niveaustufen kann das Material gezielt an den individuellen Lernstand angepasst und differenziert im Unterricht eingesetzt werden.</w:t>
      </w:r>
    </w:p>
    <w:p w14:paraId="51C76E73" w14:textId="77777777" w:rsidR="002D3DA3" w:rsidRPr="008D0028" w:rsidRDefault="00000000" w:rsidP="008D0028">
      <w:pPr>
        <w:pStyle w:val="berschrift1"/>
        <w:spacing w:line="240" w:lineRule="auto"/>
        <w:contextualSpacing/>
        <w:rPr>
          <w:rFonts w:ascii="Arial" w:hAnsi="Arial" w:cs="Arial"/>
          <w:color w:val="000000" w:themeColor="text1"/>
        </w:rPr>
      </w:pPr>
      <w:r w:rsidRPr="008D0028">
        <w:rPr>
          <w:rFonts w:ascii="Arial" w:hAnsi="Arial" w:cs="Arial"/>
          <w:color w:val="000000" w:themeColor="text1"/>
        </w:rPr>
        <w:t>Einordnung in den Medienkompetenzrahmen NRW</w:t>
      </w:r>
    </w:p>
    <w:p w14:paraId="6AE519ED" w14:textId="2EA069E9"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1. Bedienen und Anwenden:</w:t>
      </w:r>
      <w:r w:rsidRPr="008D0028">
        <w:rPr>
          <w:rFonts w:ascii="Arial" w:hAnsi="Arial" w:cs="Arial"/>
          <w:color w:val="000000" w:themeColor="text1"/>
        </w:rPr>
        <w:br/>
        <w:t xml:space="preserve">- Die Schülerinnen und Schüler nutzen digitale Endgeräte </w:t>
      </w:r>
      <w:proofErr w:type="spellStart"/>
      <w:r w:rsidRPr="008D0028">
        <w:rPr>
          <w:rFonts w:ascii="Arial" w:hAnsi="Arial" w:cs="Arial"/>
          <w:color w:val="000000" w:themeColor="text1"/>
        </w:rPr>
        <w:t>zur</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Bearbeitung</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mathematischer</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Lernaufgaben</w:t>
      </w:r>
      <w:proofErr w:type="spellEnd"/>
      <w:r w:rsidRPr="008D0028">
        <w:rPr>
          <w:rFonts w:ascii="Arial" w:hAnsi="Arial" w:cs="Arial"/>
          <w:color w:val="000000" w:themeColor="text1"/>
        </w:rPr>
        <w:t>.</w:t>
      </w:r>
    </w:p>
    <w:p w14:paraId="7220855E" w14:textId="77777777" w:rsidR="002D3DA3" w:rsidRPr="008D0028" w:rsidRDefault="00000000" w:rsidP="008D0028">
      <w:pPr>
        <w:pStyle w:val="berschrift1"/>
        <w:spacing w:line="240" w:lineRule="auto"/>
        <w:contextualSpacing/>
        <w:rPr>
          <w:rFonts w:ascii="Arial" w:hAnsi="Arial" w:cs="Arial"/>
          <w:color w:val="000000" w:themeColor="text1"/>
        </w:rPr>
      </w:pPr>
      <w:r w:rsidRPr="008D0028">
        <w:rPr>
          <w:rFonts w:ascii="Arial" w:hAnsi="Arial" w:cs="Arial"/>
          <w:color w:val="000000" w:themeColor="text1"/>
        </w:rPr>
        <w:lastRenderedPageBreak/>
        <w:t>Lehrplanbezug (NRW)</w:t>
      </w:r>
    </w:p>
    <w:p w14:paraId="64A9531E" w14:textId="77777777" w:rsidR="002D3DA3" w:rsidRPr="008D0028" w:rsidRDefault="00000000" w:rsidP="008D0028">
      <w:pPr>
        <w:spacing w:line="240" w:lineRule="auto"/>
        <w:contextualSpacing/>
        <w:rPr>
          <w:rFonts w:ascii="Arial" w:hAnsi="Arial" w:cs="Arial"/>
          <w:color w:val="000000" w:themeColor="text1"/>
        </w:rPr>
      </w:pPr>
      <w:proofErr w:type="spellStart"/>
      <w:r w:rsidRPr="008D0028">
        <w:rPr>
          <w:rFonts w:ascii="Arial" w:hAnsi="Arial" w:cs="Arial"/>
          <w:color w:val="000000" w:themeColor="text1"/>
        </w:rPr>
        <w:t>Förderschule</w:t>
      </w:r>
      <w:proofErr w:type="spellEnd"/>
      <w:r w:rsidRPr="008D0028">
        <w:rPr>
          <w:rFonts w:ascii="Arial" w:hAnsi="Arial" w:cs="Arial"/>
          <w:color w:val="000000" w:themeColor="text1"/>
        </w:rPr>
        <w:t xml:space="preserve"> </w:t>
      </w:r>
      <w:proofErr w:type="spellStart"/>
      <w:r w:rsidRPr="008D0028">
        <w:rPr>
          <w:rFonts w:ascii="Arial" w:hAnsi="Arial" w:cs="Arial"/>
          <w:color w:val="000000" w:themeColor="text1"/>
        </w:rPr>
        <w:t>mit</w:t>
      </w:r>
      <w:proofErr w:type="spellEnd"/>
      <w:r w:rsidRPr="008D0028">
        <w:rPr>
          <w:rFonts w:ascii="Arial" w:hAnsi="Arial" w:cs="Arial"/>
          <w:color w:val="000000" w:themeColor="text1"/>
        </w:rPr>
        <w:t xml:space="preserve"> dem </w:t>
      </w:r>
      <w:proofErr w:type="spellStart"/>
      <w:r w:rsidRPr="008D0028">
        <w:rPr>
          <w:rFonts w:ascii="Arial" w:hAnsi="Arial" w:cs="Arial"/>
          <w:color w:val="000000" w:themeColor="text1"/>
        </w:rPr>
        <w:t>Förderschwerpunkt</w:t>
      </w:r>
      <w:proofErr w:type="spellEnd"/>
      <w:r w:rsidRPr="008D0028">
        <w:rPr>
          <w:rFonts w:ascii="Arial" w:hAnsi="Arial" w:cs="Arial"/>
          <w:color w:val="000000" w:themeColor="text1"/>
        </w:rPr>
        <w:t xml:space="preserve"> Geistige Entwicklung / Grundschule</w:t>
      </w:r>
      <w:r w:rsidRPr="008D0028">
        <w:rPr>
          <w:rFonts w:ascii="Arial" w:hAnsi="Arial" w:cs="Arial"/>
          <w:color w:val="000000" w:themeColor="text1"/>
        </w:rPr>
        <w:br/>
        <w:t>Lernbereiche: Mathematik / Wahrnehmung und Kognition</w:t>
      </w:r>
    </w:p>
    <w:p w14:paraId="4EE69C5C" w14:textId="77777777" w:rsidR="002D3DA3" w:rsidRPr="008D0028" w:rsidRDefault="00000000" w:rsidP="008D0028">
      <w:pPr>
        <w:pStyle w:val="berschrift1"/>
        <w:spacing w:line="240" w:lineRule="auto"/>
        <w:contextualSpacing/>
        <w:rPr>
          <w:rFonts w:ascii="Arial" w:hAnsi="Arial" w:cs="Arial"/>
          <w:color w:val="000000" w:themeColor="text1"/>
        </w:rPr>
      </w:pPr>
      <w:r w:rsidRPr="008D0028">
        <w:rPr>
          <w:rFonts w:ascii="Arial" w:hAnsi="Arial" w:cs="Arial"/>
          <w:color w:val="000000" w:themeColor="text1"/>
        </w:rPr>
        <w:t>Kompetenzerwartungen</w:t>
      </w:r>
    </w:p>
    <w:p w14:paraId="000955EF" w14:textId="77777777"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 Mengen im Zahlenraum bis 20 erfassen und vergleichen</w:t>
      </w:r>
      <w:r w:rsidRPr="008D0028">
        <w:rPr>
          <w:rFonts w:ascii="Arial" w:hAnsi="Arial" w:cs="Arial"/>
          <w:color w:val="000000" w:themeColor="text1"/>
        </w:rPr>
        <w:br/>
        <w:t>- Zahlen und strukturierte Mengenbilder in Beziehung setzen</w:t>
      </w:r>
      <w:r w:rsidRPr="008D0028">
        <w:rPr>
          <w:rFonts w:ascii="Arial" w:hAnsi="Arial" w:cs="Arial"/>
          <w:color w:val="000000" w:themeColor="text1"/>
        </w:rPr>
        <w:br/>
        <w:t>- Vergleichszeichen (&gt;, &lt;, =) anwenden</w:t>
      </w:r>
      <w:r w:rsidRPr="008D0028">
        <w:rPr>
          <w:rFonts w:ascii="Arial" w:hAnsi="Arial" w:cs="Arial"/>
          <w:color w:val="000000" w:themeColor="text1"/>
        </w:rPr>
        <w:br/>
        <w:t>- Digitale Lernangebote selbstständig nutzen</w:t>
      </w:r>
    </w:p>
    <w:p w14:paraId="01326381" w14:textId="77777777" w:rsidR="002D3DA3" w:rsidRPr="008D0028" w:rsidRDefault="00000000" w:rsidP="008D0028">
      <w:pPr>
        <w:pStyle w:val="berschrift1"/>
        <w:spacing w:line="240" w:lineRule="auto"/>
        <w:contextualSpacing/>
        <w:rPr>
          <w:rFonts w:ascii="Arial" w:hAnsi="Arial" w:cs="Arial"/>
          <w:color w:val="000000" w:themeColor="text1"/>
        </w:rPr>
      </w:pPr>
      <w:r w:rsidRPr="008D0028">
        <w:rPr>
          <w:rFonts w:ascii="Arial" w:hAnsi="Arial" w:cs="Arial"/>
          <w:color w:val="000000" w:themeColor="text1"/>
        </w:rPr>
        <w:t>Beschreibung der Aufgabe</w:t>
      </w:r>
    </w:p>
    <w:p w14:paraId="05200FC1" w14:textId="77777777"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Die Schülerinnen und Schüler vergleichen strukturierte Mengenbilder und ordnen das passende Vergleichszeichen zu. Je nach Niveaustufe arbeiten sie mit unterschiedlich starker visueller Unterstützung. Die Aufgaben können einzeln am Tablet, in Partnerarbeit oder gemeinsam am Smartboard bearbeitet werden. Die digitale Umsetzung ermöglicht eine motivierende, anschauliche und differenzierte Förderung mathematischer Grundvorstellungen.</w:t>
      </w:r>
    </w:p>
    <w:p w14:paraId="3A090F9C" w14:textId="77777777" w:rsidR="002D3DA3" w:rsidRPr="008D0028" w:rsidRDefault="00000000" w:rsidP="008D0028">
      <w:pPr>
        <w:pStyle w:val="berschrift1"/>
        <w:spacing w:line="240" w:lineRule="auto"/>
        <w:contextualSpacing/>
        <w:rPr>
          <w:rFonts w:ascii="Arial" w:hAnsi="Arial" w:cs="Arial"/>
          <w:color w:val="000000" w:themeColor="text1"/>
        </w:rPr>
      </w:pPr>
      <w:r w:rsidRPr="008D0028">
        <w:rPr>
          <w:rFonts w:ascii="Arial" w:hAnsi="Arial" w:cs="Arial"/>
          <w:color w:val="000000" w:themeColor="text1"/>
        </w:rPr>
        <w:t>Hinweis zur Differenzierung</w:t>
      </w:r>
    </w:p>
    <w:p w14:paraId="08A8B9AC" w14:textId="77777777" w:rsidR="002D3DA3" w:rsidRPr="008D0028" w:rsidRDefault="00000000" w:rsidP="008D0028">
      <w:pPr>
        <w:spacing w:line="240" w:lineRule="auto"/>
        <w:contextualSpacing/>
        <w:rPr>
          <w:rFonts w:ascii="Arial" w:hAnsi="Arial" w:cs="Arial"/>
          <w:color w:val="000000" w:themeColor="text1"/>
        </w:rPr>
      </w:pPr>
      <w:r w:rsidRPr="008D0028">
        <w:rPr>
          <w:rFonts w:ascii="Arial" w:hAnsi="Arial" w:cs="Arial"/>
          <w:color w:val="000000" w:themeColor="text1"/>
        </w:rPr>
        <w:t>Die beiden Worksheet-Go!-Dateien enthalten das gleiche inhaltliche Lernziel, unterscheiden sich jedoch im Anforderungsniveau und in der visuellen Unterstützung. Dadurch eignet sich das Material besonders für binnendifferenzierten Unterricht, für inklusive Lerngruppen sowie für den Einsatz in der Förderschule.</w:t>
      </w:r>
    </w:p>
    <w:sectPr w:rsidR="002D3DA3" w:rsidRPr="008D002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415861312">
    <w:abstractNumId w:val="8"/>
  </w:num>
  <w:num w:numId="2" w16cid:durableId="2112581738">
    <w:abstractNumId w:val="6"/>
  </w:num>
  <w:num w:numId="3" w16cid:durableId="1271158161">
    <w:abstractNumId w:val="5"/>
  </w:num>
  <w:num w:numId="4" w16cid:durableId="982465842">
    <w:abstractNumId w:val="4"/>
  </w:num>
  <w:num w:numId="5" w16cid:durableId="2066756336">
    <w:abstractNumId w:val="7"/>
  </w:num>
  <w:num w:numId="6" w16cid:durableId="1955820710">
    <w:abstractNumId w:val="3"/>
  </w:num>
  <w:num w:numId="7" w16cid:durableId="998390099">
    <w:abstractNumId w:val="2"/>
  </w:num>
  <w:num w:numId="8" w16cid:durableId="1350595190">
    <w:abstractNumId w:val="1"/>
  </w:num>
  <w:num w:numId="9" w16cid:durableId="1026752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6AFE"/>
    <w:rsid w:val="0015074B"/>
    <w:rsid w:val="0016631A"/>
    <w:rsid w:val="0029639D"/>
    <w:rsid w:val="002D3DA3"/>
    <w:rsid w:val="00326F90"/>
    <w:rsid w:val="008D0028"/>
    <w:rsid w:val="00AA1D8D"/>
    <w:rsid w:val="00B47730"/>
    <w:rsid w:val="00B91DF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571738"/>
  <w14:defaultImageDpi w14:val="300"/>
  <w15:docId w15:val="{1E0CFFB5-10C6-6D40-9B47-93898F13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Michaela Reitemeyer</cp:lastModifiedBy>
  <cp:revision>6</cp:revision>
  <dcterms:created xsi:type="dcterms:W3CDTF">2026-04-02T06:39:00Z</dcterms:created>
  <dcterms:modified xsi:type="dcterms:W3CDTF">2026-04-02T06:40:00Z</dcterms:modified>
  <cp:category/>
</cp:coreProperties>
</file>